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B2A4A"/>
          <w:sz w:val="40"/>
        </w:rPr>
        <w:t>Firearm Bill of Sale</w:t>
      </w:r>
    </w:p>
    <w:p>
      <w:r>
        <w:rPr>
          <w:color w:val="5F5F6E"/>
          <w:sz w:val="16"/>
        </w:rPr>
        <w:t>usa-gun-shop.com/firearm-bill-of-sale/</w:t>
      </w:r>
    </w:p>
    <w:p>
      <w:pPr>
        <w:spacing w:before="140" w:after="20"/>
      </w:pPr>
      <w:r>
        <w:rPr>
          <w:b/>
          <w:color w:val="1B2A4A"/>
          <w:sz w:val="21"/>
        </w:rPr>
        <w:t>SALE DETAILS</w:t>
      </w:r>
    </w:p>
    <w:tbl>
      <w:tblPr>
        <w:tblW w:type="auto" w:w="0"/>
        <w:jc w:val="center"/>
        <w:tblLook w:firstColumn="1" w:firstRow="1" w:lastColumn="0" w:lastRow="0" w:noHBand="0" w:noVBand="1" w:val="04A0"/>
      </w:tblPr>
      <w:tblGrid>
        <w:gridCol w:w="5112"/>
        <w:gridCol w:w="5112"/>
      </w:tblGrid>
      <w:tr>
        <w:tc>
          <w:tcPr>
            <w:tcW w:type="dxa" w:w="5112"/>
            <w:tcBorders>
              <w:bottom w:val="single" w:sz="6" w:color="9AA3B5"/>
            </w:tcBorders>
          </w:tcPr>
          <w:p>
            <w:pPr>
              <w:spacing w:after="0"/>
            </w:pPr>
            <w:r>
              <w:rPr>
                <w:color w:val="5F5F6E"/>
                <w:sz w:val="16"/>
              </w:rPr>
              <w:t>Date of sale</w:t>
            </w:r>
          </w:p>
          <w:p>
            <w:pPr>
              <w:spacing w:after="0" w:line="420" w:lineRule="exact"/>
            </w:pPr>
          </w:p>
        </w:tc>
        <w:tc>
          <w:tcPr>
            <w:tcW w:type="dxa" w:w="5112"/>
            <w:tcBorders>
              <w:bottom w:val="single" w:sz="6" w:color="9AA3B5"/>
            </w:tcBorders>
          </w:tcPr>
          <w:p>
            <w:pPr>
              <w:spacing w:after="0"/>
            </w:pPr>
            <w:r>
              <w:rPr>
                <w:color w:val="5F5F6E"/>
                <w:sz w:val="16"/>
              </w:rPr>
              <w:t>City and state where the sale took place</w:t>
            </w:r>
          </w:p>
          <w:p>
            <w:pPr>
              <w:spacing w:after="0" w:line="420" w:lineRule="exact"/>
            </w:pPr>
          </w:p>
        </w:tc>
      </w:tr>
      <w:tr>
        <w:tc>
          <w:tcPr>
            <w:tcW w:type="dxa" w:w="5112"/>
            <w:tcBorders>
              <w:bottom w:val="single" w:sz="6" w:color="9AA3B5"/>
            </w:tcBorders>
          </w:tcPr>
          <w:p>
            <w:pPr>
              <w:spacing w:after="0"/>
            </w:pPr>
            <w:r>
              <w:rPr>
                <w:color w:val="5F5F6E"/>
                <w:sz w:val="16"/>
              </w:rPr>
              <w:t>Licensed dealer used, name and FFL number</w:t>
            </w:r>
          </w:p>
          <w:p>
            <w:pPr>
              <w:spacing w:after="0" w:line="420" w:lineRule="exact"/>
            </w:pPr>
          </w:p>
        </w:tc>
        <w:tc>
          <w:tcPr>
            <w:tcW w:type="dxa" w:w="5112"/>
            <w:tcBorders>
              <w:bottom w:val="single" w:sz="6" w:color="9AA3B5"/>
            </w:tcBorders>
          </w:tcPr>
          <w:p>
            <w:pPr>
              <w:spacing w:after="0"/>
            </w:pPr>
            <w:r>
              <w:rPr>
                <w:color w:val="5F5F6E"/>
                <w:sz w:val="16"/>
              </w:rPr>
            </w:r>
          </w:p>
          <w:p>
            <w:pPr>
              <w:spacing w:after="0" w:line="420" w:lineRule="exact"/>
            </w:pPr>
          </w:p>
        </w:tc>
      </w:tr>
    </w:tbl>
    <w:p>
      <w:pPr>
        <w:spacing w:before="140" w:after="20"/>
      </w:pPr>
      <w:r>
        <w:rPr>
          <w:b/>
          <w:color w:val="1B2A4A"/>
          <w:sz w:val="21"/>
        </w:rPr>
        <w:t>SELLER</w:t>
      </w:r>
    </w:p>
    <w:tbl>
      <w:tblPr>
        <w:tblW w:type="auto" w:w="0"/>
        <w:jc w:val="center"/>
        <w:tblLook w:firstColumn="1" w:firstRow="1" w:lastColumn="0" w:lastRow="0" w:noHBand="0" w:noVBand="1" w:val="04A0"/>
      </w:tblPr>
      <w:tblGrid>
        <w:gridCol w:w="5112"/>
        <w:gridCol w:w="5112"/>
      </w:tblGrid>
      <w:tr>
        <w:tc>
          <w:tcPr>
            <w:tcW w:type="dxa" w:w="5112"/>
            <w:tcBorders>
              <w:bottom w:val="single" w:sz="6" w:color="9AA3B5"/>
            </w:tcBorders>
          </w:tcPr>
          <w:p>
            <w:pPr>
              <w:spacing w:after="0"/>
            </w:pPr>
            <w:r>
              <w:rPr>
                <w:color w:val="5F5F6E"/>
                <w:sz w:val="16"/>
              </w:rPr>
              <w:t>Full name</w:t>
            </w:r>
          </w:p>
          <w:p>
            <w:pPr>
              <w:spacing w:after="0" w:line="420" w:lineRule="exact"/>
            </w:pPr>
          </w:p>
        </w:tc>
        <w:tc>
          <w:tcPr>
            <w:tcW w:type="dxa" w:w="5112"/>
            <w:tcBorders>
              <w:bottom w:val="single" w:sz="6" w:color="9AA3B5"/>
            </w:tcBorders>
          </w:tcPr>
          <w:p>
            <w:pPr>
              <w:spacing w:after="0"/>
            </w:pPr>
            <w:r>
              <w:rPr>
                <w:color w:val="5F5F6E"/>
                <w:sz w:val="16"/>
              </w:rPr>
              <w:t>Phone</w:t>
            </w:r>
          </w:p>
          <w:p>
            <w:pPr>
              <w:spacing w:after="0" w:line="420" w:lineRule="exact"/>
            </w:pPr>
          </w:p>
        </w:tc>
      </w:tr>
      <w:tr>
        <w:tc>
          <w:tcPr>
            <w:tcW w:type="dxa" w:w="5112"/>
            <w:tcBorders>
              <w:bottom w:val="single" w:sz="6" w:color="9AA3B5"/>
            </w:tcBorders>
          </w:tcPr>
          <w:p>
            <w:pPr>
              <w:spacing w:after="0"/>
            </w:pPr>
            <w:r>
              <w:rPr>
                <w:color w:val="5F5F6E"/>
                <w:sz w:val="16"/>
              </w:rPr>
              <w:t>Street address, city, state, ZIP</w:t>
            </w:r>
          </w:p>
          <w:p>
            <w:pPr>
              <w:spacing w:after="0" w:line="420" w:lineRule="exact"/>
            </w:pPr>
          </w:p>
        </w:tc>
        <w:tc>
          <w:tcPr>
            <w:tcW w:type="dxa" w:w="5112"/>
            <w:tcBorders>
              <w:bottom w:val="single" w:sz="6" w:color="9AA3B5"/>
            </w:tcBorders>
          </w:tcPr>
          <w:p>
            <w:pPr>
              <w:spacing w:after="0"/>
            </w:pPr>
            <w:r>
              <w:rPr>
                <w:color w:val="5F5F6E"/>
                <w:sz w:val="16"/>
              </w:rPr>
              <w:t>ID type, number and issuing state</w:t>
            </w:r>
          </w:p>
          <w:p>
            <w:pPr>
              <w:spacing w:after="0" w:line="420" w:lineRule="exact"/>
            </w:pPr>
          </w:p>
        </w:tc>
      </w:tr>
    </w:tbl>
    <w:p>
      <w:pPr>
        <w:spacing w:before="140" w:after="20"/>
      </w:pPr>
      <w:r>
        <w:rPr>
          <w:b/>
          <w:color w:val="1B2A4A"/>
          <w:sz w:val="21"/>
        </w:rPr>
        <w:t>BUYER</w:t>
      </w:r>
    </w:p>
    <w:tbl>
      <w:tblPr>
        <w:tblW w:type="auto" w:w="0"/>
        <w:jc w:val="center"/>
        <w:tblLook w:firstColumn="1" w:firstRow="1" w:lastColumn="0" w:lastRow="0" w:noHBand="0" w:noVBand="1" w:val="04A0"/>
      </w:tblPr>
      <w:tblGrid>
        <w:gridCol w:w="5112"/>
        <w:gridCol w:w="5112"/>
      </w:tblGrid>
      <w:tr>
        <w:tc>
          <w:tcPr>
            <w:tcW w:type="dxa" w:w="5112"/>
            <w:tcBorders>
              <w:bottom w:val="single" w:sz="6" w:color="9AA3B5"/>
            </w:tcBorders>
          </w:tcPr>
          <w:p>
            <w:pPr>
              <w:spacing w:after="0"/>
            </w:pPr>
            <w:r>
              <w:rPr>
                <w:color w:val="5F5F6E"/>
                <w:sz w:val="16"/>
              </w:rPr>
              <w:t>Full name</w:t>
            </w:r>
          </w:p>
          <w:p>
            <w:pPr>
              <w:spacing w:after="0" w:line="420" w:lineRule="exact"/>
            </w:pPr>
          </w:p>
        </w:tc>
        <w:tc>
          <w:tcPr>
            <w:tcW w:type="dxa" w:w="5112"/>
            <w:tcBorders>
              <w:bottom w:val="single" w:sz="6" w:color="9AA3B5"/>
            </w:tcBorders>
          </w:tcPr>
          <w:p>
            <w:pPr>
              <w:spacing w:after="0"/>
            </w:pPr>
            <w:r>
              <w:rPr>
                <w:color w:val="5F5F6E"/>
                <w:sz w:val="16"/>
              </w:rPr>
              <w:t>Phone</w:t>
            </w:r>
          </w:p>
          <w:p>
            <w:pPr>
              <w:spacing w:after="0" w:line="420" w:lineRule="exact"/>
            </w:pPr>
          </w:p>
        </w:tc>
      </w:tr>
      <w:tr>
        <w:tc>
          <w:tcPr>
            <w:tcW w:type="dxa" w:w="5112"/>
            <w:tcBorders>
              <w:bottom w:val="single" w:sz="6" w:color="9AA3B5"/>
            </w:tcBorders>
          </w:tcPr>
          <w:p>
            <w:pPr>
              <w:spacing w:after="0"/>
            </w:pPr>
            <w:r>
              <w:rPr>
                <w:color w:val="5F5F6E"/>
                <w:sz w:val="16"/>
              </w:rPr>
              <w:t>Street address, city, state, ZIP</w:t>
            </w:r>
          </w:p>
          <w:p>
            <w:pPr>
              <w:spacing w:after="0" w:line="420" w:lineRule="exact"/>
            </w:pPr>
          </w:p>
        </w:tc>
        <w:tc>
          <w:tcPr>
            <w:tcW w:type="dxa" w:w="5112"/>
            <w:tcBorders>
              <w:bottom w:val="single" w:sz="6" w:color="9AA3B5"/>
            </w:tcBorders>
          </w:tcPr>
          <w:p>
            <w:pPr>
              <w:spacing w:after="0"/>
            </w:pPr>
            <w:r>
              <w:rPr>
                <w:color w:val="5F5F6E"/>
                <w:sz w:val="16"/>
              </w:rPr>
              <w:t>ID type, number and issuing state</w:t>
            </w:r>
          </w:p>
          <w:p>
            <w:pPr>
              <w:spacing w:after="0" w:line="420" w:lineRule="exact"/>
            </w:pPr>
          </w:p>
        </w:tc>
      </w:tr>
    </w:tbl>
    <w:p>
      <w:pPr>
        <w:spacing w:before="140" w:after="20"/>
      </w:pPr>
      <w:r>
        <w:rPr>
          <w:b/>
          <w:color w:val="1B2A4A"/>
          <w:sz w:val="21"/>
        </w:rPr>
        <w:t>FIREARM</w:t>
      </w:r>
    </w:p>
    <w:tbl>
      <w:tblPr>
        <w:tblW w:type="auto" w:w="0"/>
        <w:jc w:val="center"/>
        <w:tblLook w:firstColumn="1" w:firstRow="1" w:lastColumn="0" w:lastRow="0" w:noHBand="0" w:noVBand="1" w:val="04A0"/>
      </w:tblPr>
      <w:tblGrid>
        <w:gridCol w:w="5112"/>
        <w:gridCol w:w="5112"/>
      </w:tblGrid>
      <w:tr>
        <w:tc>
          <w:tcPr>
            <w:tcW w:type="dxa" w:w="5112"/>
            <w:tcBorders>
              <w:bottom w:val="single" w:sz="6" w:color="9AA3B5"/>
            </w:tcBorders>
          </w:tcPr>
          <w:p>
            <w:pPr>
              <w:spacing w:after="0"/>
            </w:pPr>
            <w:r>
              <w:rPr>
                <w:color w:val="5F5F6E"/>
                <w:sz w:val="16"/>
              </w:rPr>
              <w:t>Make</w:t>
            </w:r>
          </w:p>
          <w:p>
            <w:pPr>
              <w:spacing w:after="0" w:line="420" w:lineRule="exact"/>
            </w:pPr>
          </w:p>
        </w:tc>
        <w:tc>
          <w:tcPr>
            <w:tcW w:type="dxa" w:w="5112"/>
            <w:tcBorders>
              <w:bottom w:val="single" w:sz="6" w:color="9AA3B5"/>
            </w:tcBorders>
          </w:tcPr>
          <w:p>
            <w:pPr>
              <w:spacing w:after="0"/>
            </w:pPr>
            <w:r>
              <w:rPr>
                <w:color w:val="5F5F6E"/>
                <w:sz w:val="16"/>
              </w:rPr>
              <w:t>Model</w:t>
            </w:r>
          </w:p>
          <w:p>
            <w:pPr>
              <w:spacing w:after="0" w:line="420" w:lineRule="exact"/>
            </w:pPr>
          </w:p>
        </w:tc>
      </w:tr>
      <w:tr>
        <w:tc>
          <w:tcPr>
            <w:tcW w:type="dxa" w:w="5112"/>
            <w:tcBorders>
              <w:bottom w:val="single" w:sz="6" w:color="9AA3B5"/>
            </w:tcBorders>
          </w:tcPr>
          <w:p>
            <w:pPr>
              <w:spacing w:after="0"/>
            </w:pPr>
            <w:r>
              <w:rPr>
                <w:color w:val="5F5F6E"/>
                <w:sz w:val="16"/>
              </w:rPr>
              <w:t>Type: pistol, revolver, rifle, shotgun</w:t>
            </w:r>
          </w:p>
          <w:p>
            <w:pPr>
              <w:spacing w:after="0" w:line="420" w:lineRule="exact"/>
            </w:pPr>
          </w:p>
        </w:tc>
        <w:tc>
          <w:tcPr>
            <w:tcW w:type="dxa" w:w="5112"/>
            <w:tcBorders>
              <w:bottom w:val="single" w:sz="6" w:color="9AA3B5"/>
            </w:tcBorders>
          </w:tcPr>
          <w:p>
            <w:pPr>
              <w:spacing w:after="0"/>
            </w:pPr>
            <w:r>
              <w:rPr>
                <w:color w:val="5F5F6E"/>
                <w:sz w:val="16"/>
              </w:rPr>
              <w:t>Caliber or gauge</w:t>
            </w:r>
          </w:p>
          <w:p>
            <w:pPr>
              <w:spacing w:after="0" w:line="420" w:lineRule="exact"/>
            </w:pPr>
          </w:p>
        </w:tc>
      </w:tr>
      <w:tr>
        <w:tc>
          <w:tcPr>
            <w:tcW w:type="dxa" w:w="5112"/>
            <w:tcBorders>
              <w:bottom w:val="single" w:sz="6" w:color="9AA3B5"/>
            </w:tcBorders>
          </w:tcPr>
          <w:p>
            <w:pPr>
              <w:spacing w:after="0"/>
            </w:pPr>
            <w:r>
              <w:rPr>
                <w:color w:val="5F5F6E"/>
                <w:sz w:val="16"/>
              </w:rPr>
              <w:t>Serial number, copied from the gun</w:t>
            </w:r>
          </w:p>
          <w:p>
            <w:pPr>
              <w:spacing w:after="0" w:line="420" w:lineRule="exact"/>
            </w:pPr>
          </w:p>
        </w:tc>
        <w:tc>
          <w:tcPr>
            <w:tcW w:type="dxa" w:w="5112"/>
            <w:tcBorders>
              <w:bottom w:val="single" w:sz="6" w:color="9AA3B5"/>
            </w:tcBorders>
          </w:tcPr>
          <w:p>
            <w:pPr>
              <w:spacing w:after="0"/>
            </w:pPr>
            <w:r>
              <w:rPr>
                <w:color w:val="5F5F6E"/>
                <w:sz w:val="16"/>
              </w:rPr>
              <w:t>Included with the gun</w:t>
            </w:r>
          </w:p>
          <w:p>
            <w:pPr>
              <w:spacing w:after="0" w:line="420" w:lineRule="exact"/>
            </w:pPr>
          </w:p>
        </w:tc>
      </w:tr>
    </w:tbl>
    <w:p>
      <w:pPr>
        <w:spacing w:before="140" w:after="20"/>
      </w:pPr>
      <w:r>
        <w:rPr>
          <w:b/>
          <w:color w:val="1B2A4A"/>
          <w:sz w:val="21"/>
        </w:rPr>
        <w:t>PAYMENT</w:t>
      </w:r>
    </w:p>
    <w:tbl>
      <w:tblPr>
        <w:tblW w:type="auto" w:w="0"/>
        <w:jc w:val="center"/>
        <w:tblLook w:firstColumn="1" w:firstRow="1" w:lastColumn="0" w:lastRow="0" w:noHBand="0" w:noVBand="1" w:val="04A0"/>
      </w:tblPr>
      <w:tblGrid>
        <w:gridCol w:w="5112"/>
        <w:gridCol w:w="5112"/>
      </w:tblGrid>
      <w:tr>
        <w:tc>
          <w:tcPr>
            <w:tcW w:type="dxa" w:w="5112"/>
            <w:tcBorders>
              <w:bottom w:val="single" w:sz="6" w:color="9AA3B5"/>
            </w:tcBorders>
          </w:tcPr>
          <w:p>
            <w:pPr>
              <w:spacing w:after="0"/>
            </w:pPr>
            <w:r>
              <w:rPr>
                <w:color w:val="5F5F6E"/>
                <w:sz w:val="16"/>
              </w:rPr>
              <w:t>Sale price</w:t>
            </w:r>
          </w:p>
          <w:p>
            <w:pPr>
              <w:spacing w:after="0" w:line="420" w:lineRule="exact"/>
            </w:pPr>
          </w:p>
        </w:tc>
        <w:tc>
          <w:tcPr>
            <w:tcW w:type="dxa" w:w="5112"/>
            <w:tcBorders>
              <w:bottom w:val="single" w:sz="6" w:color="9AA3B5"/>
            </w:tcBorders>
          </w:tcPr>
          <w:p>
            <w:pPr>
              <w:spacing w:after="0"/>
            </w:pPr>
            <w:r>
              <w:rPr>
                <w:color w:val="5F5F6E"/>
                <w:sz w:val="16"/>
              </w:rPr>
              <w:t>Paid by</w:t>
            </w:r>
          </w:p>
          <w:p>
            <w:pPr>
              <w:spacing w:after="0" w:line="420" w:lineRule="exact"/>
            </w:pPr>
          </w:p>
        </w:tc>
      </w:tr>
    </w:tbl>
    <w:p>
      <w:pPr>
        <w:spacing w:before="140" w:after="20"/>
      </w:pPr>
      <w:r>
        <w:rPr>
          <w:b/>
          <w:color w:val="1B2A4A"/>
          <w:sz w:val="21"/>
        </w:rPr>
        <w:t>STATEMENTS</w:t>
      </w:r>
    </w:p>
    <w:p>
      <w:r>
        <w:t>The seller states that they are the lawful owner of the firearm described above and have the right to sell it. The firearm is sold as is, with no warranty of any kind.</w:t>
      </w:r>
    </w:p>
    <w:p>
      <w:r>
        <w:t>The buyer states that they are a resident of the state of ____________________, are at least ______ years old, and are not prohibited by federal, state or local law from receiving or possessing a firearm.</w:t>
      </w:r>
    </w:p>
    <w:tbl>
      <w:tblPr>
        <w:tblW w:type="auto" w:w="0"/>
        <w:jc w:val="center"/>
        <w:tblLook w:firstColumn="1" w:firstRow="1" w:lastColumn="0" w:lastRow="0" w:noHBand="0" w:noVBand="1" w:val="04A0"/>
      </w:tblPr>
      <w:tblGrid>
        <w:gridCol w:w="5112"/>
        <w:gridCol w:w="5112"/>
      </w:tblGrid>
      <w:tr>
        <w:tc>
          <w:tcPr>
            <w:tcW w:type="dxa" w:w="5112"/>
            <w:tcBorders>
              <w:bottom w:val="single" w:sz="6" w:color="9AA3B5"/>
            </w:tcBorders>
          </w:tcPr>
          <w:p>
            <w:pPr>
              <w:spacing w:after="0"/>
            </w:pPr>
            <w:r>
              <w:rPr>
                <w:color w:val="5F5F6E"/>
                <w:sz w:val="16"/>
              </w:rPr>
              <w:t>Seller signature</w:t>
            </w:r>
          </w:p>
          <w:p>
            <w:pPr>
              <w:spacing w:after="0" w:line="420" w:lineRule="exact"/>
            </w:pPr>
          </w:p>
        </w:tc>
        <w:tc>
          <w:tcPr>
            <w:tcW w:type="dxa" w:w="5112"/>
            <w:tcBorders>
              <w:bottom w:val="single" w:sz="6" w:color="9AA3B5"/>
            </w:tcBorders>
          </w:tcPr>
          <w:p>
            <w:pPr>
              <w:spacing w:after="0"/>
            </w:pPr>
            <w:r>
              <w:rPr>
                <w:color w:val="5F5F6E"/>
                <w:sz w:val="16"/>
              </w:rPr>
              <w:t>Buyer signature</w:t>
            </w:r>
          </w:p>
          <w:p>
            <w:pPr>
              <w:spacing w:after="0" w:line="420" w:lineRule="exact"/>
            </w:pPr>
          </w:p>
        </w:tc>
      </w:tr>
      <w:tr>
        <w:tc>
          <w:tcPr>
            <w:tcW w:type="dxa" w:w="5112"/>
            <w:tcBorders>
              <w:bottom w:val="single" w:sz="6" w:color="9AA3B5"/>
            </w:tcBorders>
          </w:tcPr>
          <w:p>
            <w:pPr>
              <w:spacing w:after="0"/>
            </w:pPr>
            <w:r>
              <w:rPr>
                <w:color w:val="5F5F6E"/>
                <w:sz w:val="16"/>
              </w:rPr>
              <w:t>Date</w:t>
            </w:r>
          </w:p>
          <w:p>
            <w:pPr>
              <w:spacing w:after="0" w:line="420" w:lineRule="exact"/>
            </w:pPr>
          </w:p>
        </w:tc>
        <w:tc>
          <w:tcPr>
            <w:tcW w:type="dxa" w:w="5112"/>
            <w:tcBorders>
              <w:bottom w:val="single" w:sz="6" w:color="9AA3B5"/>
            </w:tcBorders>
          </w:tcPr>
          <w:p>
            <w:pPr>
              <w:spacing w:after="0"/>
            </w:pPr>
            <w:r>
              <w:rPr>
                <w:color w:val="5F5F6E"/>
                <w:sz w:val="16"/>
              </w:rPr>
              <w:t>Date</w:t>
            </w:r>
          </w:p>
          <w:p>
            <w:pPr>
              <w:spacing w:after="0" w:line="420" w:lineRule="exact"/>
            </w:pPr>
          </w:p>
        </w:tc>
      </w:tr>
    </w:tbl>
    <w:p>
      <w:pPr>
        <w:spacing w:before="200"/>
      </w:pPr>
      <w:r>
        <w:rPr>
          <w:i/>
          <w:color w:val="5F5F6E"/>
          <w:sz w:val="16"/>
        </w:rPr>
        <w:t>Make two copies. Seller and buyer each sign and keep one. Federal law does not require this form, and it does not replace any background check, permit, waiting period or form your state requires. It is not legal advice.</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 Bill of Sale</dc:title>
  <dc:subject/>
  <dc:creator>USA Gun Shop</dc:creator>
  <cp:keywords/>
  <dc:description>generated by python-docx</dc:description>
  <cp:lastModifiedBy/>
  <cp:revision>1</cp:revision>
  <dcterms:created xsi:type="dcterms:W3CDTF">2013-12-23T23:15:00Z</dcterms:created>
  <dcterms:modified xsi:type="dcterms:W3CDTF">2013-12-23T23:15:00Z</dcterms:modified>
  <cp:category/>
</cp:coreProperties>
</file>